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DABE9" w14:textId="77777777" w:rsidR="00F16E17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2DEC51FE" wp14:editId="5E1239F7">
            <wp:extent cx="5832000" cy="11528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8E581" w14:textId="77777777" w:rsidR="00BC379E" w:rsidRDefault="00F4099A">
      <w:pPr>
        <w:spacing w:before="120" w:after="80" w:line="240" w:lineRule="auto"/>
        <w:jc w:val="center"/>
      </w:pPr>
      <w:r>
        <w:rPr>
          <w:b/>
        </w:rPr>
        <w:t>ЗАЯВЛЕНИЕ</w:t>
      </w:r>
    </w:p>
    <w:p w14:paraId="02797A3B" w14:textId="77777777" w:rsidR="00BC379E" w:rsidRDefault="00F4099A">
      <w:pPr>
        <w:spacing w:before="120" w:after="80" w:line="240" w:lineRule="auto"/>
        <w:jc w:val="center"/>
      </w:pPr>
      <w:r>
        <w:rPr>
          <w:b/>
        </w:rPr>
        <w:t>ОБ ОФОРМЛЕНИИ СПРАВКИ ОБ ОПЛАТЕ МЕДИЦИНСКИХ УСЛУГ</w:t>
      </w:r>
    </w:p>
    <w:p w14:paraId="0952E05C" w14:textId="77777777" w:rsidR="00BC379E" w:rsidRDefault="00F4099A">
      <w:pPr>
        <w:spacing w:after="0" w:line="240" w:lineRule="auto"/>
        <w:jc w:val="both"/>
      </w:pPr>
      <w:r>
        <w:t>В медицинскую организацию: ООО «Офтальмологическая клиника «Леге Артис»</w:t>
      </w:r>
    </w:p>
    <w:p w14:paraId="4B75E25F" w14:textId="77777777" w:rsidR="00BC379E" w:rsidRDefault="00BC379E">
      <w:pPr>
        <w:spacing w:after="0" w:line="240" w:lineRule="auto"/>
        <w:jc w:val="both"/>
      </w:pPr>
    </w:p>
    <w:p w14:paraId="047A22C9" w14:textId="77777777" w:rsidR="00BC379E" w:rsidRDefault="00F4099A">
      <w:pPr>
        <w:spacing w:after="0" w:line="240" w:lineRule="auto"/>
        <w:jc w:val="both"/>
      </w:pPr>
      <w:r>
        <w:t>Ф.И.О. пациента: __________________________________________________________</w:t>
      </w:r>
    </w:p>
    <w:p w14:paraId="5C9519C3" w14:textId="77777777" w:rsidR="00BC379E" w:rsidRDefault="00F4099A">
      <w:pPr>
        <w:spacing w:after="0" w:line="240" w:lineRule="auto"/>
        <w:jc w:val="both"/>
      </w:pPr>
      <w:r>
        <w:t>Дата рождения пациента: ___________________________________________________</w:t>
      </w:r>
    </w:p>
    <w:p w14:paraId="5F0A3623" w14:textId="77777777" w:rsidR="00BC379E" w:rsidRDefault="00BC379E">
      <w:pPr>
        <w:spacing w:after="0" w:line="240" w:lineRule="auto"/>
        <w:jc w:val="both"/>
      </w:pPr>
    </w:p>
    <w:p w14:paraId="25CBD6ED" w14:textId="77777777" w:rsidR="00BC379E" w:rsidRDefault="00F4099A">
      <w:pPr>
        <w:spacing w:after="0" w:line="240" w:lineRule="auto"/>
        <w:jc w:val="both"/>
      </w:pPr>
      <w:r>
        <w:t>Ф.И.О. налогоплательщика, заявляющего социальный налоговый вычет:</w:t>
      </w:r>
    </w:p>
    <w:p w14:paraId="1800FF64" w14:textId="77777777" w:rsidR="00BC379E" w:rsidRDefault="00F4099A">
      <w:pPr>
        <w:spacing w:after="0" w:line="240" w:lineRule="auto"/>
        <w:jc w:val="both"/>
      </w:pPr>
      <w:r>
        <w:t>___________________________________________________________________________</w:t>
      </w:r>
    </w:p>
    <w:p w14:paraId="79526921" w14:textId="77777777" w:rsidR="00BC379E" w:rsidRDefault="00F4099A">
      <w:pPr>
        <w:spacing w:after="0" w:line="240" w:lineRule="auto"/>
        <w:jc w:val="both"/>
      </w:pPr>
      <w:r>
        <w:t>ИНН налогоплательщика: ____________________________________________________</w:t>
      </w:r>
    </w:p>
    <w:p w14:paraId="699813F7" w14:textId="77777777" w:rsidR="00BC379E" w:rsidRDefault="00F4099A">
      <w:pPr>
        <w:spacing w:after="0" w:line="240" w:lineRule="auto"/>
        <w:jc w:val="both"/>
      </w:pPr>
      <w:r>
        <w:t>Контактный телефон: _______________________________________________________</w:t>
      </w:r>
    </w:p>
    <w:p w14:paraId="0A42EA0A" w14:textId="77777777" w:rsidR="00BC379E" w:rsidRDefault="00F4099A">
      <w:pPr>
        <w:spacing w:after="0" w:line="240" w:lineRule="auto"/>
        <w:jc w:val="both"/>
      </w:pPr>
      <w:r>
        <w:t>E-mail: ___________________________________________________________________</w:t>
      </w:r>
    </w:p>
    <w:p w14:paraId="4419260C" w14:textId="77777777" w:rsidR="00BC379E" w:rsidRDefault="00BC379E">
      <w:pPr>
        <w:spacing w:after="0" w:line="240" w:lineRule="auto"/>
        <w:jc w:val="both"/>
      </w:pPr>
    </w:p>
    <w:p w14:paraId="13D57ED7" w14:textId="77777777" w:rsidR="00BC379E" w:rsidRDefault="00F4099A">
      <w:pPr>
        <w:spacing w:after="0" w:line="240" w:lineRule="auto"/>
        <w:jc w:val="both"/>
      </w:pPr>
      <w:r>
        <w:t>Прошу оформить справку об оплате медицинских услуг за период:</w:t>
      </w:r>
    </w:p>
    <w:p w14:paraId="006FC7D7" w14:textId="77777777" w:rsidR="00BC379E" w:rsidRDefault="00F4099A">
      <w:pPr>
        <w:spacing w:after="0" w:line="240" w:lineRule="auto"/>
        <w:jc w:val="both"/>
      </w:pPr>
      <w:r>
        <w:t>___________________________________________________________________________</w:t>
      </w:r>
    </w:p>
    <w:p w14:paraId="5B522C64" w14:textId="77777777" w:rsidR="00BC379E" w:rsidRDefault="00BC379E">
      <w:pPr>
        <w:spacing w:after="0" w:line="240" w:lineRule="auto"/>
        <w:jc w:val="both"/>
      </w:pPr>
    </w:p>
    <w:p w14:paraId="7A7DD563" w14:textId="77777777" w:rsidR="00BC379E" w:rsidRDefault="00F4099A">
      <w:pPr>
        <w:spacing w:after="0" w:line="240" w:lineRule="auto"/>
        <w:jc w:val="both"/>
      </w:pPr>
      <w:r>
        <w:t>Если налогоплательщик не является пациентом, степень родства / основание:</w:t>
      </w:r>
    </w:p>
    <w:p w14:paraId="48703332" w14:textId="77777777" w:rsidR="00BC379E" w:rsidRDefault="00F4099A">
      <w:pPr>
        <w:spacing w:after="0" w:line="240" w:lineRule="auto"/>
        <w:jc w:val="both"/>
      </w:pPr>
      <w:r>
        <w:t>___________________________________________________________________________</w:t>
      </w:r>
    </w:p>
    <w:p w14:paraId="1368E54D" w14:textId="77777777" w:rsidR="00BC379E" w:rsidRDefault="00BC379E">
      <w:pPr>
        <w:spacing w:after="0" w:line="240" w:lineRule="auto"/>
        <w:jc w:val="both"/>
      </w:pPr>
    </w:p>
    <w:p w14:paraId="3A31702C" w14:textId="77777777" w:rsidR="00BC379E" w:rsidRDefault="00F4099A">
      <w:pPr>
        <w:spacing w:after="0" w:line="240" w:lineRule="auto"/>
        <w:jc w:val="both"/>
      </w:pPr>
      <w:r>
        <w:t>Прошу (нужное отметить):</w:t>
      </w:r>
    </w:p>
    <w:p w14:paraId="15A9207A" w14:textId="77777777" w:rsidR="00BC379E" w:rsidRDefault="00F4099A">
      <w:pPr>
        <w:spacing w:after="0" w:line="240" w:lineRule="auto"/>
        <w:jc w:val="both"/>
      </w:pPr>
      <w:r>
        <w:t>___ выдать справку на бумажном носителе;</w:t>
      </w:r>
    </w:p>
    <w:p w14:paraId="144FAFA8" w14:textId="77777777" w:rsidR="00BC379E" w:rsidRDefault="00F4099A">
      <w:pPr>
        <w:spacing w:after="0" w:line="240" w:lineRule="auto"/>
        <w:jc w:val="both"/>
      </w:pPr>
      <w:r>
        <w:t>___ направить справку / сведения в электронной форме, если такой способ предусмотрен действующим порядком;</w:t>
      </w:r>
    </w:p>
    <w:p w14:paraId="50127082" w14:textId="77777777" w:rsidR="00BC379E" w:rsidRDefault="00F4099A">
      <w:pPr>
        <w:spacing w:after="0" w:line="240" w:lineRule="auto"/>
        <w:jc w:val="both"/>
      </w:pPr>
      <w:r>
        <w:t>___ передать сведения в налоговый орган для получения социального налогового вычета в упрощенном порядке, если это применимо к указанному налоговому периоду.</w:t>
      </w:r>
    </w:p>
    <w:p w14:paraId="6E731912" w14:textId="77777777" w:rsidR="00BC379E" w:rsidRDefault="00BC379E">
      <w:pPr>
        <w:spacing w:after="0" w:line="240" w:lineRule="auto"/>
        <w:jc w:val="both"/>
      </w:pPr>
    </w:p>
    <w:p w14:paraId="5095AC51" w14:textId="77777777" w:rsidR="00BC379E" w:rsidRDefault="00F4099A">
      <w:pPr>
        <w:spacing w:after="0" w:line="240" w:lineRule="auto"/>
        <w:jc w:val="both"/>
      </w:pPr>
      <w:r>
        <w:t>Подтверждаю правильность указанных сведений.</w:t>
      </w:r>
    </w:p>
    <w:p w14:paraId="1900851B" w14:textId="77777777" w:rsidR="00BC379E" w:rsidRDefault="00BC379E">
      <w:pPr>
        <w:spacing w:after="0" w:line="240" w:lineRule="auto"/>
        <w:jc w:val="both"/>
      </w:pPr>
    </w:p>
    <w:p w14:paraId="43FF22F1" w14:textId="77777777" w:rsidR="00BC379E" w:rsidRDefault="00F4099A">
      <w:pPr>
        <w:spacing w:after="0" w:line="240" w:lineRule="auto"/>
        <w:jc w:val="both"/>
      </w:pPr>
      <w:r>
        <w:t>Дата: «___» ____________ 20___ г.       Подпись: ___________________________</w:t>
      </w:r>
    </w:p>
    <w:sectPr w:rsidR="00BC379E" w:rsidSect="00034616">
      <w:footerReference w:type="default" r:id="rId9"/>
      <w:pgSz w:w="12240" w:h="15840"/>
      <w:pgMar w:top="964" w:right="850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4608E" w14:textId="77777777" w:rsidR="005F7DF1" w:rsidRDefault="005F7DF1">
      <w:pPr>
        <w:spacing w:after="0" w:line="240" w:lineRule="auto"/>
      </w:pPr>
      <w:r>
        <w:separator/>
      </w:r>
    </w:p>
  </w:endnote>
  <w:endnote w:type="continuationSeparator" w:id="0">
    <w:p w14:paraId="7FA403C0" w14:textId="77777777" w:rsidR="005F7DF1" w:rsidRDefault="005F7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B4D58" w14:textId="77777777" w:rsidR="00BC379E" w:rsidRDefault="00F4099A">
    <w:pPr>
      <w:pStyle w:val="Footer"/>
      <w:jc w:val="center"/>
    </w:pPr>
    <w:r>
      <w:rPr>
        <w:sz w:val="20"/>
      </w:rPr>
      <w:t>Форма заявления для размещения на официальном сайте медицинской организации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A6F63" w14:textId="77777777" w:rsidR="005F7DF1" w:rsidRDefault="005F7DF1">
      <w:pPr>
        <w:spacing w:after="0" w:line="240" w:lineRule="auto"/>
      </w:pPr>
      <w:r>
        <w:separator/>
      </w:r>
    </w:p>
  </w:footnote>
  <w:footnote w:type="continuationSeparator" w:id="0">
    <w:p w14:paraId="432051AD" w14:textId="77777777" w:rsidR="005F7DF1" w:rsidRDefault="005F7D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7975015">
    <w:abstractNumId w:val="8"/>
  </w:num>
  <w:num w:numId="2" w16cid:durableId="968824709">
    <w:abstractNumId w:val="6"/>
  </w:num>
  <w:num w:numId="3" w16cid:durableId="575170053">
    <w:abstractNumId w:val="5"/>
  </w:num>
  <w:num w:numId="4" w16cid:durableId="1011763431">
    <w:abstractNumId w:val="4"/>
  </w:num>
  <w:num w:numId="5" w16cid:durableId="450364507">
    <w:abstractNumId w:val="7"/>
  </w:num>
  <w:num w:numId="6" w16cid:durableId="1726371328">
    <w:abstractNumId w:val="3"/>
  </w:num>
  <w:num w:numId="7" w16cid:durableId="1620334800">
    <w:abstractNumId w:val="2"/>
  </w:num>
  <w:num w:numId="8" w16cid:durableId="646202975">
    <w:abstractNumId w:val="1"/>
  </w:num>
  <w:num w:numId="9" w16cid:durableId="1113792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F7DF1"/>
    <w:rsid w:val="00AA1D8D"/>
    <w:rsid w:val="00B47730"/>
    <w:rsid w:val="00B56470"/>
    <w:rsid w:val="00BC379E"/>
    <w:rsid w:val="00C15D5B"/>
    <w:rsid w:val="00CB0664"/>
    <w:rsid w:val="00DE4EA1"/>
    <w:rsid w:val="00F16E17"/>
    <w:rsid w:val="00F409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C1E4B9"/>
  <w14:defaultImageDpi w14:val="300"/>
  <w15:docId w15:val="{B9080546-010F-F047-ADF1-48DD5B88A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color w:val="000000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11_Заявление_на_справку_для_налогового_вычета_2026</dc:title>
  <dc:subject>Документ ООО «Офтальмологическая клиника «Леге Артис»</dc:subject>
  <dc:creator>python-docx</dc:creator>
  <cp:keywords/>
  <dc:description>generated by python-docx</dc:description>
  <cp:lastModifiedBy>Santa Rozhkov</cp:lastModifiedBy>
  <cp:revision>2</cp:revision>
  <dcterms:created xsi:type="dcterms:W3CDTF">2026-08-25T12:37:00Z</dcterms:created>
  <dcterms:modified xsi:type="dcterms:W3CDTF">2026-08-25T12:37:00Z</dcterms:modified>
  <cp:category/>
</cp:coreProperties>
</file>